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D6C" w:rsidRPr="00F40545" w:rsidRDefault="00D57D6C" w:rsidP="000D06C0">
      <w:pPr>
        <w:snapToGrid w:val="0"/>
        <w:spacing w:after="0" w:line="240" w:lineRule="auto"/>
        <w:jc w:val="center"/>
        <w:rPr>
          <w:rFonts w:ascii="YuKyokasho Medium" w:eastAsia="YuKyokasho Medium" w:hAnsi="YuKyokasho Medium"/>
          <w:sz w:val="32"/>
          <w:lang w:eastAsia="ja-JP"/>
        </w:rPr>
      </w:pPr>
      <w:r w:rsidRPr="00F40545">
        <w:rPr>
          <w:rFonts w:ascii="YuKyokasho Medium" w:eastAsia="YuKyokasho Medium" w:hAnsi="YuKyokasho Medium" w:hint="eastAsia"/>
          <w:sz w:val="32"/>
          <w:lang w:eastAsia="ja-JP"/>
        </w:rPr>
        <w:t>令和</w:t>
      </w:r>
      <w:r w:rsidR="00360613" w:rsidRPr="00F40545">
        <w:rPr>
          <w:rFonts w:ascii="YuKyokasho Medium" w:eastAsia="YuKyokasho Medium" w:hAnsi="YuKyokasho Medium" w:hint="eastAsia"/>
          <w:sz w:val="32"/>
          <w:lang w:eastAsia="ja-JP"/>
        </w:rPr>
        <w:t>８</w:t>
      </w:r>
      <w:r w:rsidRPr="00F40545">
        <w:rPr>
          <w:rFonts w:ascii="YuKyokasho Medium" w:eastAsia="YuKyokasho Medium" w:hAnsi="YuKyokasho Medium" w:hint="eastAsia"/>
          <w:sz w:val="32"/>
          <w:lang w:eastAsia="ja-JP"/>
        </w:rPr>
        <w:t>年度　指導者育成</w:t>
      </w:r>
      <w:r w:rsidR="00D74AE2" w:rsidRPr="00F40545">
        <w:rPr>
          <w:rFonts w:ascii="YuKyokasho Medium" w:eastAsia="YuKyokasho Medium" w:hAnsi="YuKyokasho Medium" w:hint="eastAsia"/>
          <w:sz w:val="32"/>
          <w:lang w:eastAsia="ja-JP"/>
        </w:rPr>
        <w:t>研修</w:t>
      </w:r>
      <w:r w:rsidRPr="00F40545">
        <w:rPr>
          <w:rFonts w:ascii="YuKyokasho Medium" w:eastAsia="YuKyokasho Medium" w:hAnsi="YuKyokasho Medium" w:hint="eastAsia"/>
          <w:sz w:val="32"/>
          <w:lang w:eastAsia="ja-JP"/>
        </w:rPr>
        <w:t>会</w:t>
      </w:r>
      <w:r w:rsidR="004C3DD9" w:rsidRPr="00F40545">
        <w:rPr>
          <w:rFonts w:ascii="YuKyokasho Medium" w:eastAsia="YuKyokasho Medium" w:hAnsi="YuKyokasho Medium" w:hint="eastAsia"/>
          <w:sz w:val="32"/>
          <w:lang w:eastAsia="ja-JP"/>
        </w:rPr>
        <w:t>【11月】</w:t>
      </w:r>
      <w:r w:rsidRPr="00F40545">
        <w:rPr>
          <w:rFonts w:ascii="YuKyokasho Medium" w:eastAsia="YuKyokasho Medium" w:hAnsi="YuKyokasho Medium" w:hint="eastAsia"/>
          <w:sz w:val="32"/>
          <w:lang w:eastAsia="ja-JP"/>
        </w:rPr>
        <w:t xml:space="preserve">　実施要項</w:t>
      </w:r>
    </w:p>
    <w:p w:rsidR="00565A63" w:rsidRPr="00F40545" w:rsidRDefault="0031519F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/>
          <w:lang w:eastAsia="ja-JP"/>
        </w:rPr>
        <w:t>１．目的</w:t>
      </w:r>
      <w:r w:rsidRPr="00F40545">
        <w:rPr>
          <w:rFonts w:ascii="YuKyokasho Medium" w:eastAsia="YuKyokasho Medium" w:hAnsi="YuKyokasho Medium"/>
          <w:lang w:eastAsia="ja-JP"/>
        </w:rPr>
        <w:br/>
        <w:t xml:space="preserve">　北海道の中学生バレーボール指導者の発掘と育成を目的とし、</w:t>
      </w:r>
      <w:r w:rsidR="00D57D6C" w:rsidRPr="00F40545">
        <w:rPr>
          <w:rFonts w:ascii="YuKyokasho Medium" w:eastAsia="YuKyokasho Medium" w:hAnsi="YuKyokasho Medium" w:hint="eastAsia"/>
          <w:lang w:eastAsia="ja-JP"/>
        </w:rPr>
        <w:t>練習</w:t>
      </w:r>
      <w:r w:rsidRPr="00F40545">
        <w:rPr>
          <w:rFonts w:ascii="YuKyokasho Medium" w:eastAsia="YuKyokasho Medium" w:hAnsi="YuKyokasho Medium"/>
          <w:lang w:eastAsia="ja-JP"/>
        </w:rPr>
        <w:t>見学や指導者同士の交流を通して、</w:t>
      </w:r>
      <w:r w:rsidR="00D57D6C" w:rsidRPr="00F40545">
        <w:rPr>
          <w:rFonts w:ascii="YuKyokasho Medium" w:eastAsia="YuKyokasho Medium" w:hAnsi="YuKyokasho Medium" w:hint="eastAsia"/>
          <w:lang w:eastAsia="ja-JP"/>
        </w:rPr>
        <w:t>指導者の</w:t>
      </w:r>
      <w:r w:rsidRPr="00F40545">
        <w:rPr>
          <w:rFonts w:ascii="YuKyokasho Medium" w:eastAsia="YuKyokasho Medium" w:hAnsi="YuKyokasho Medium"/>
          <w:lang w:eastAsia="ja-JP"/>
        </w:rPr>
        <w:t>学びを促進する。</w:t>
      </w:r>
    </w:p>
    <w:p w:rsidR="00D57D6C" w:rsidRPr="00F40545" w:rsidRDefault="0031519F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/>
          <w:lang w:eastAsia="ja-JP"/>
        </w:rPr>
        <w:br/>
        <w:t>２．主催</w:t>
      </w:r>
    </w:p>
    <w:p w:rsidR="00565A63" w:rsidRPr="00F40545" w:rsidRDefault="0031519F" w:rsidP="000D06C0">
      <w:pPr>
        <w:snapToGrid w:val="0"/>
        <w:spacing w:after="0" w:line="240" w:lineRule="auto"/>
        <w:ind w:firstLineChars="100" w:firstLine="220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/>
          <w:lang w:eastAsia="ja-JP"/>
        </w:rPr>
        <w:t>北海道バレーボール協会 指導者</w:t>
      </w:r>
      <w:r w:rsidR="00D74AE2" w:rsidRPr="00F40545">
        <w:rPr>
          <w:rFonts w:ascii="YuKyokasho Medium" w:eastAsia="YuKyokasho Medium" w:hAnsi="YuKyokasho Medium" w:hint="eastAsia"/>
          <w:lang w:eastAsia="ja-JP"/>
        </w:rPr>
        <w:t>育成</w:t>
      </w:r>
      <w:r w:rsidRPr="00F40545">
        <w:rPr>
          <w:rFonts w:ascii="YuKyokasho Medium" w:eastAsia="YuKyokasho Medium" w:hAnsi="YuKyokasho Medium"/>
          <w:lang w:eastAsia="ja-JP"/>
        </w:rPr>
        <w:t>委員会</w:t>
      </w:r>
      <w:r w:rsidR="00D57D6C" w:rsidRPr="00F40545">
        <w:rPr>
          <w:rFonts w:ascii="YuKyokasho Medium" w:eastAsia="YuKyokasho Medium" w:hAnsi="YuKyokasho Medium" w:hint="eastAsia"/>
          <w:lang w:eastAsia="ja-JP"/>
        </w:rPr>
        <w:t xml:space="preserve">　強化委員会</w:t>
      </w:r>
    </w:p>
    <w:p w:rsidR="00F40545" w:rsidRPr="00F40545" w:rsidRDefault="0031519F" w:rsidP="000D06C0">
      <w:pPr>
        <w:snapToGrid w:val="0"/>
        <w:spacing w:after="0" w:line="240" w:lineRule="auto"/>
        <w:rPr>
          <w:rFonts w:ascii="YuKyokasho Medium" w:eastAsia="YuKyokasho Medium" w:hAnsi="YuKyokasho Medium"/>
        </w:rPr>
      </w:pPr>
      <w:r w:rsidRPr="00F40545">
        <w:rPr>
          <w:rFonts w:ascii="YuKyokasho Medium" w:eastAsia="YuKyokasho Medium" w:hAnsi="YuKyokasho Medium"/>
          <w:lang w:eastAsia="ja-JP"/>
        </w:rPr>
        <w:br/>
      </w:r>
      <w:r w:rsidRPr="00F40545">
        <w:rPr>
          <w:rFonts w:ascii="YuKyokasho Medium" w:eastAsia="YuKyokasho Medium" w:hAnsi="YuKyokasho Medium"/>
        </w:rPr>
        <w:t>３．日程</w:t>
      </w:r>
      <w:r w:rsidRPr="00F40545">
        <w:rPr>
          <w:rFonts w:ascii="YuKyokasho Medium" w:eastAsia="YuKyokasho Medium" w:hAnsi="YuKyokasho Medium"/>
        </w:rPr>
        <w:br/>
        <w:t xml:space="preserve">　</w:t>
      </w:r>
      <w:proofErr w:type="spellStart"/>
      <w:r w:rsidRPr="00F40545">
        <w:rPr>
          <w:rFonts w:ascii="YuKyokasho Medium" w:eastAsia="YuKyokasho Medium" w:hAnsi="YuKyokasho Medium"/>
        </w:rPr>
        <w:t>令和</w:t>
      </w:r>
      <w:proofErr w:type="spellEnd"/>
      <w:r w:rsidR="00F40545" w:rsidRPr="00F40545">
        <w:rPr>
          <w:rFonts w:ascii="YuKyokasho Medium" w:eastAsia="YuKyokasho Medium" w:hAnsi="YuKyokasho Medium" w:hint="eastAsia"/>
          <w:lang w:eastAsia="ja-JP"/>
        </w:rPr>
        <w:t>８</w:t>
      </w:r>
      <w:r w:rsidRPr="00F40545">
        <w:rPr>
          <w:rFonts w:ascii="YuKyokasho Medium" w:eastAsia="YuKyokasho Medium" w:hAnsi="YuKyokasho Medium"/>
        </w:rPr>
        <w:t>年</w:t>
      </w:r>
      <w:r w:rsidR="00F40545" w:rsidRPr="00F40545">
        <w:rPr>
          <w:rFonts w:ascii="YuKyokasho Medium" w:eastAsia="YuKyokasho Medium" w:hAnsi="YuKyokasho Medium" w:hint="eastAsia"/>
          <w:lang w:eastAsia="ja-JP"/>
        </w:rPr>
        <w:t>11</w:t>
      </w:r>
      <w:r w:rsidRPr="00F40545">
        <w:rPr>
          <w:rFonts w:ascii="YuKyokasho Medium" w:eastAsia="YuKyokasho Medium" w:hAnsi="YuKyokasho Medium"/>
        </w:rPr>
        <w:t>月</w:t>
      </w:r>
      <w:r w:rsidR="00F40545" w:rsidRPr="00F40545">
        <w:rPr>
          <w:rFonts w:ascii="YuKyokasho Medium" w:eastAsia="YuKyokasho Medium" w:hAnsi="YuKyokasho Medium" w:hint="eastAsia"/>
          <w:lang w:eastAsia="ja-JP"/>
        </w:rPr>
        <w:t>７</w:t>
      </w:r>
      <w:r w:rsidRPr="00F40545">
        <w:rPr>
          <w:rFonts w:ascii="YuKyokasho Medium" w:eastAsia="YuKyokasho Medium" w:hAnsi="YuKyokasho Medium"/>
        </w:rPr>
        <w:t>日（</w:t>
      </w:r>
      <w:r w:rsidR="00F40545" w:rsidRPr="00F40545">
        <w:rPr>
          <w:rFonts w:ascii="YuKyokasho Medium" w:eastAsia="YuKyokasho Medium" w:hAnsi="YuKyokasho Medium" w:hint="eastAsia"/>
          <w:lang w:eastAsia="ja-JP"/>
        </w:rPr>
        <w:t>土</w:t>
      </w:r>
      <w:r w:rsidRPr="00F40545">
        <w:rPr>
          <w:rFonts w:ascii="YuKyokasho Medium" w:eastAsia="YuKyokasho Medium" w:hAnsi="YuKyokasho Medium"/>
        </w:rPr>
        <w:t>）</w:t>
      </w:r>
    </w:p>
    <w:p w:rsidR="00F40545" w:rsidRPr="00F40545" w:rsidRDefault="00F40545" w:rsidP="00134100">
      <w:pPr>
        <w:snapToGrid w:val="0"/>
        <w:spacing w:after="0" w:line="240" w:lineRule="auto"/>
        <w:ind w:firstLineChars="100" w:firstLine="220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 w:hint="eastAsia"/>
          <w:lang w:eastAsia="ja-JP"/>
        </w:rPr>
        <w:t xml:space="preserve">講義　　　　</w:t>
      </w:r>
      <w:r w:rsidR="00360613" w:rsidRPr="00F40545">
        <w:rPr>
          <w:rFonts w:ascii="YuKyokasho Medium" w:eastAsia="YuKyokasho Medium" w:hAnsi="YuKyokasho Medium" w:hint="eastAsia"/>
          <w:lang w:eastAsia="ja-JP"/>
        </w:rPr>
        <w:t>９：</w:t>
      </w:r>
      <w:r w:rsidRPr="00F40545">
        <w:rPr>
          <w:rFonts w:ascii="YuKyokasho Medium" w:eastAsia="YuKyokasho Medium" w:hAnsi="YuKyokasho Medium" w:hint="eastAsia"/>
          <w:lang w:eastAsia="ja-JP"/>
        </w:rPr>
        <w:t>３０</w:t>
      </w:r>
      <w:r w:rsidR="00360613" w:rsidRPr="00F40545">
        <w:rPr>
          <w:rFonts w:ascii="YuKyokasho Medium" w:eastAsia="YuKyokasho Medium" w:hAnsi="YuKyokasho Medium" w:hint="eastAsia"/>
          <w:lang w:eastAsia="ja-JP"/>
        </w:rPr>
        <w:t>〜１</w:t>
      </w:r>
      <w:r w:rsidRPr="00F40545">
        <w:rPr>
          <w:rFonts w:ascii="YuKyokasho Medium" w:eastAsia="YuKyokasho Medium" w:hAnsi="YuKyokasho Medium" w:hint="eastAsia"/>
          <w:lang w:eastAsia="ja-JP"/>
        </w:rPr>
        <w:t>１</w:t>
      </w:r>
      <w:r w:rsidR="00360613" w:rsidRPr="00F40545">
        <w:rPr>
          <w:rFonts w:ascii="YuKyokasho Medium" w:eastAsia="YuKyokasho Medium" w:hAnsi="YuKyokasho Medium" w:hint="eastAsia"/>
          <w:lang w:eastAsia="ja-JP"/>
        </w:rPr>
        <w:t xml:space="preserve">：００　</w:t>
      </w:r>
      <w:r w:rsidRPr="00F40545">
        <w:rPr>
          <w:rFonts w:ascii="YuKyokasho Medium" w:eastAsia="YuKyokasho Medium" w:hAnsi="YuKyokasho Medium" w:hint="eastAsia"/>
          <w:lang w:eastAsia="ja-JP"/>
        </w:rPr>
        <w:t>練習見学　１２：３０〜１７：００</w:t>
      </w:r>
    </w:p>
    <w:p w:rsidR="00360613" w:rsidRPr="00134100" w:rsidRDefault="00134100" w:rsidP="00134100">
      <w:pPr>
        <w:pStyle w:val="ae"/>
        <w:numPr>
          <w:ilvl w:val="0"/>
          <w:numId w:val="11"/>
        </w:numPr>
        <w:snapToGrid w:val="0"/>
        <w:spacing w:after="0" w:line="240" w:lineRule="auto"/>
        <w:rPr>
          <w:rFonts w:ascii="YuKyokasho Medium" w:eastAsia="YuKyokasho Medium" w:hAnsi="YuKyokasho Medium" w:hint="eastAsia"/>
          <w:lang w:eastAsia="ja-JP"/>
        </w:rPr>
      </w:pPr>
      <w:r>
        <w:rPr>
          <w:rFonts w:ascii="YuKyokasho Medium" w:eastAsia="YuKyokasho Medium" w:hAnsi="YuKyokasho Medium" w:hint="eastAsia"/>
          <w:lang w:eastAsia="ja-JP"/>
        </w:rPr>
        <w:t>講義参加者については、</w:t>
      </w:r>
      <w:r w:rsidRPr="00134100">
        <w:rPr>
          <w:rFonts w:ascii="YuKyokasho Medium" w:eastAsia="YuKyokasho Medium" w:hAnsi="YuKyokasho Medium" w:hint="eastAsia"/>
          <w:lang w:eastAsia="ja-JP"/>
        </w:rPr>
        <w:t xml:space="preserve">午前９：００より受付　</w:t>
      </w:r>
      <w:r>
        <w:rPr>
          <w:rFonts w:ascii="YuKyokasho Medium" w:eastAsia="YuKyokasho Medium" w:hAnsi="YuKyokasho Medium" w:hint="eastAsia"/>
          <w:lang w:eastAsia="ja-JP"/>
        </w:rPr>
        <w:t>午後のみ参加者については１２：００受付</w:t>
      </w:r>
    </w:p>
    <w:p w:rsidR="00565A63" w:rsidRDefault="0031519F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/>
          <w:lang w:eastAsia="ja-JP"/>
        </w:rPr>
        <w:br/>
        <w:t>４．会場</w:t>
      </w:r>
      <w:bookmarkStart w:id="0" w:name="_GoBack"/>
      <w:bookmarkEnd w:id="0"/>
      <w:r w:rsidRPr="00F40545">
        <w:rPr>
          <w:rFonts w:ascii="YuKyokasho Medium" w:eastAsia="YuKyokasho Medium" w:hAnsi="YuKyokasho Medium"/>
          <w:lang w:eastAsia="ja-JP"/>
        </w:rPr>
        <w:br/>
        <w:t xml:space="preserve">　</w:t>
      </w:r>
      <w:r w:rsidR="00F40545" w:rsidRPr="00F40545">
        <w:rPr>
          <w:rFonts w:ascii="YuKyokasho Medium" w:eastAsia="YuKyokasho Medium" w:hAnsi="YuKyokasho Medium" w:hint="eastAsia"/>
          <w:lang w:eastAsia="ja-JP"/>
        </w:rPr>
        <w:t>北翔大学　体育館</w:t>
      </w:r>
    </w:p>
    <w:p w:rsidR="000D06C0" w:rsidRPr="00F40545" w:rsidRDefault="000D06C0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</w:p>
    <w:p w:rsidR="00D57D6C" w:rsidRPr="00F40545" w:rsidRDefault="00D57D6C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 w:hint="eastAsia"/>
          <w:lang w:eastAsia="ja-JP"/>
        </w:rPr>
        <w:t>５．講師</w:t>
      </w:r>
    </w:p>
    <w:p w:rsidR="00F40545" w:rsidRPr="00F40545" w:rsidRDefault="00D57D6C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 w:hint="eastAsia"/>
          <w:lang w:eastAsia="ja-JP"/>
        </w:rPr>
        <w:t xml:space="preserve">　</w:t>
      </w:r>
      <w:r w:rsidR="00F40545" w:rsidRPr="00F40545">
        <w:rPr>
          <w:rFonts w:ascii="YuKyokasho Medium" w:eastAsia="YuKyokasho Medium" w:hAnsi="YuKyokasho Medium" w:hint="eastAsia"/>
          <w:lang w:eastAsia="ja-JP"/>
        </w:rPr>
        <w:t>山名　泰明　氏</w:t>
      </w:r>
    </w:p>
    <w:p w:rsidR="00F40545" w:rsidRPr="00F40545" w:rsidRDefault="00F40545" w:rsidP="000D06C0">
      <w:pPr>
        <w:snapToGrid w:val="0"/>
        <w:spacing w:after="0" w:line="240" w:lineRule="auto"/>
        <w:ind w:firstLineChars="150" w:firstLine="330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 w:hint="eastAsia"/>
          <w:lang w:eastAsia="ja-JP"/>
        </w:rPr>
        <w:t xml:space="preserve">　(公財)日本中体連バレーボール競技部 強化委員 JSPO 日本スポーツ協会 バレーボールコーチ4</w:t>
      </w:r>
    </w:p>
    <w:p w:rsidR="00F40545" w:rsidRPr="00F40545" w:rsidRDefault="00F40545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 w:hint="eastAsia"/>
          <w:lang w:eastAsia="ja-JP"/>
        </w:rPr>
        <w:t xml:space="preserve">         令和7年度全日本中学生選抜男子チーム コーチ</w:t>
      </w:r>
    </w:p>
    <w:p w:rsidR="00F40545" w:rsidRPr="00F40545" w:rsidRDefault="00F40545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 w:hint="eastAsia"/>
          <w:lang w:eastAsia="ja-JP"/>
        </w:rPr>
        <w:t xml:space="preserve">         令和5年度全日本中学生選抜男子チーム コーチ</w:t>
      </w:r>
    </w:p>
    <w:p w:rsidR="00F40545" w:rsidRPr="00F40545" w:rsidRDefault="00F40545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 w:hint="eastAsia"/>
          <w:lang w:eastAsia="ja-JP"/>
        </w:rPr>
        <w:t xml:space="preserve">         兵庫県バレーボール協会 強化委員</w:t>
      </w:r>
    </w:p>
    <w:p w:rsidR="00F3252E" w:rsidRPr="00F40545" w:rsidRDefault="00F40545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 w:hint="eastAsia"/>
          <w:lang w:eastAsia="ja-JP"/>
        </w:rPr>
        <w:t xml:space="preserve">         兵庫県尼崎市立武庫中学校 教諭</w:t>
      </w:r>
    </w:p>
    <w:p w:rsidR="00F40545" w:rsidRPr="00F40545" w:rsidRDefault="00F40545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 w:hint="eastAsia"/>
          <w:lang w:eastAsia="ja-JP"/>
        </w:rPr>
        <w:t xml:space="preserve">　形川 大介 氏 </w:t>
      </w:r>
    </w:p>
    <w:p w:rsidR="00F40545" w:rsidRPr="00F40545" w:rsidRDefault="00F40545" w:rsidP="000D06C0">
      <w:pPr>
        <w:snapToGrid w:val="0"/>
        <w:spacing w:after="0" w:line="240" w:lineRule="auto"/>
        <w:ind w:firstLineChars="250" w:firstLine="550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 w:hint="eastAsia"/>
          <w:lang w:eastAsia="ja-JP"/>
        </w:rPr>
        <w:t>(公財)日本中体連バレーボール競技部 事務局・強化委員 JSPO 日本スポーツ協会 バレーボールコーチ3</w:t>
      </w:r>
    </w:p>
    <w:p w:rsidR="00F40545" w:rsidRPr="00F40545" w:rsidRDefault="00F40545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 w:hint="eastAsia"/>
          <w:lang w:eastAsia="ja-JP"/>
        </w:rPr>
        <w:t xml:space="preserve">         令和7年度全日本中学生選抜男子チーム スタッフ</w:t>
      </w:r>
    </w:p>
    <w:p w:rsidR="00F40545" w:rsidRPr="00F40545" w:rsidRDefault="00F40545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 w:hint="eastAsia"/>
          <w:lang w:eastAsia="ja-JP"/>
        </w:rPr>
        <w:t xml:space="preserve">         三重県津市立久居中学校 教諭</w:t>
      </w:r>
    </w:p>
    <w:p w:rsidR="00F3252E" w:rsidRPr="00F40545" w:rsidRDefault="00F3252E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</w:p>
    <w:p w:rsidR="00565A63" w:rsidRPr="00F40545" w:rsidRDefault="0031519F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/>
          <w:lang w:eastAsia="ja-JP"/>
        </w:rPr>
        <w:t>５．対象</w:t>
      </w:r>
      <w:r w:rsidRPr="00F40545">
        <w:rPr>
          <w:rFonts w:ascii="YuKyokasho Medium" w:eastAsia="YuKyokasho Medium" w:hAnsi="YuKyokasho Medium"/>
          <w:lang w:eastAsia="ja-JP"/>
        </w:rPr>
        <w:br/>
        <w:t xml:space="preserve">　</w:t>
      </w:r>
      <w:r w:rsidR="00F3252E" w:rsidRPr="00F40545">
        <w:rPr>
          <w:rFonts w:ascii="YuKyokasho Medium" w:eastAsia="YuKyokasho Medium" w:hAnsi="YuKyokasho Medium" w:hint="eastAsia"/>
          <w:lang w:eastAsia="ja-JP"/>
        </w:rPr>
        <w:t xml:space="preserve">　</w:t>
      </w:r>
      <w:r w:rsidRPr="00F40545">
        <w:rPr>
          <w:rFonts w:ascii="YuKyokasho Medium" w:eastAsia="YuKyokasho Medium" w:hAnsi="YuKyokasho Medium"/>
          <w:lang w:eastAsia="ja-JP"/>
        </w:rPr>
        <w:t>北海道内の中学生バレーボールに関わる指導者</w:t>
      </w:r>
    </w:p>
    <w:p w:rsidR="00565A63" w:rsidRPr="00F40545" w:rsidRDefault="0031519F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/>
          <w:lang w:eastAsia="ja-JP"/>
        </w:rPr>
        <w:br/>
        <w:t>６．内容</w:t>
      </w:r>
      <w:r w:rsidRPr="00F40545">
        <w:rPr>
          <w:rFonts w:ascii="YuKyokasho Medium" w:eastAsia="YuKyokasho Medium" w:hAnsi="YuKyokasho Medium"/>
          <w:lang w:eastAsia="ja-JP"/>
        </w:rPr>
        <w:br/>
        <w:t xml:space="preserve">　・</w:t>
      </w:r>
      <w:r w:rsidR="00F40545" w:rsidRPr="00F40545">
        <w:rPr>
          <w:rFonts w:ascii="YuKyokasho Medium" w:eastAsia="YuKyokasho Medium" w:hAnsi="YuKyokasho Medium" w:hint="eastAsia"/>
          <w:lang w:eastAsia="ja-JP"/>
        </w:rPr>
        <w:t>午前は講師による講義（座学）です</w:t>
      </w:r>
      <w:r w:rsidRPr="00F40545">
        <w:rPr>
          <w:rFonts w:ascii="YuKyokasho Medium" w:eastAsia="YuKyokasho Medium" w:hAnsi="YuKyokasho Medium"/>
          <w:lang w:eastAsia="ja-JP"/>
        </w:rPr>
        <w:br/>
        <w:t xml:space="preserve">　・</w:t>
      </w:r>
      <w:r w:rsidR="00F40545" w:rsidRPr="00F40545">
        <w:rPr>
          <w:rFonts w:ascii="YuKyokasho Medium" w:eastAsia="YuKyokasho Medium" w:hAnsi="YuKyokasho Medium" w:hint="eastAsia"/>
          <w:lang w:eastAsia="ja-JP"/>
        </w:rPr>
        <w:t>午後は北海道中学生バレーボール長身者発掘育成練習会の見学です</w:t>
      </w:r>
      <w:r w:rsidRPr="00F40545">
        <w:rPr>
          <w:rFonts w:ascii="YuKyokasho Medium" w:eastAsia="YuKyokasho Medium" w:hAnsi="YuKyokasho Medium" w:hint="eastAsia"/>
          <w:lang w:eastAsia="ja-JP"/>
        </w:rPr>
        <w:br/>
      </w:r>
      <w:r w:rsidRPr="00F40545">
        <w:rPr>
          <w:rFonts w:ascii="YuKyokasho Medium" w:eastAsia="YuKyokasho Medium" w:hAnsi="YuKyokasho Medium"/>
          <w:lang w:eastAsia="ja-JP"/>
        </w:rPr>
        <w:t xml:space="preserve">　</w:t>
      </w:r>
      <w:r w:rsidR="000D06C0">
        <w:rPr>
          <w:rFonts w:ascii="YuKyokasho Medium" w:eastAsia="YuKyokasho Medium" w:hAnsi="YuKyokasho Medium" w:hint="eastAsia"/>
          <w:lang w:eastAsia="ja-JP"/>
        </w:rPr>
        <w:t xml:space="preserve">　</w:t>
      </w:r>
      <w:r w:rsidRPr="00F40545">
        <w:rPr>
          <w:rFonts w:ascii="YuKyokasho Medium" w:eastAsia="YuKyokasho Medium" w:hAnsi="YuKyokasho Medium"/>
          <w:lang w:eastAsia="ja-JP"/>
        </w:rPr>
        <w:t>※見学が中心</w:t>
      </w:r>
      <w:r w:rsidR="00F3252E" w:rsidRPr="00F40545">
        <w:rPr>
          <w:rFonts w:ascii="YuKyokasho Medium" w:eastAsia="YuKyokasho Medium" w:hAnsi="YuKyokasho Medium" w:hint="eastAsia"/>
          <w:lang w:eastAsia="ja-JP"/>
        </w:rPr>
        <w:t>です</w:t>
      </w:r>
      <w:r w:rsidRPr="00F40545">
        <w:rPr>
          <w:rFonts w:ascii="YuKyokasho Medium" w:eastAsia="YuKyokasho Medium" w:hAnsi="YuKyokasho Medium"/>
          <w:lang w:eastAsia="ja-JP"/>
        </w:rPr>
        <w:t>。</w:t>
      </w:r>
      <w:r w:rsidRPr="00F40545">
        <w:rPr>
          <w:rFonts w:ascii="YuKyokasho Medium" w:eastAsia="YuKyokasho Medium" w:hAnsi="YuKyokasho Medium" w:hint="eastAsia"/>
          <w:lang w:eastAsia="ja-JP"/>
        </w:rPr>
        <w:t>選</w:t>
      </w:r>
      <w:r w:rsidRPr="00F40545">
        <w:rPr>
          <w:rFonts w:ascii="YuKyokasho Medium" w:eastAsia="YuKyokasho Medium" w:hAnsi="YuKyokasho Medium"/>
          <w:lang w:eastAsia="ja-JP"/>
        </w:rPr>
        <w:t>手との個別コミュニケーションや撮影・SNS</w:t>
      </w:r>
      <w:r w:rsidR="00F3252E" w:rsidRPr="00F40545">
        <w:rPr>
          <w:rFonts w:ascii="YuKyokasho Medium" w:eastAsia="YuKyokasho Medium" w:hAnsi="YuKyokasho Medium" w:hint="eastAsia"/>
          <w:lang w:eastAsia="ja-JP"/>
        </w:rPr>
        <w:t xml:space="preserve">　</w:t>
      </w:r>
      <w:r w:rsidRPr="00F40545">
        <w:rPr>
          <w:rFonts w:ascii="YuKyokasho Medium" w:eastAsia="YuKyokasho Medium" w:hAnsi="YuKyokasho Medium"/>
          <w:lang w:eastAsia="ja-JP"/>
        </w:rPr>
        <w:t>投稿は</w:t>
      </w:r>
      <w:r w:rsidR="0087652C" w:rsidRPr="00F40545">
        <w:rPr>
          <w:rFonts w:ascii="YuKyokasho Medium" w:eastAsia="YuKyokasho Medium" w:hAnsi="YuKyokasho Medium" w:hint="eastAsia"/>
          <w:lang w:eastAsia="ja-JP"/>
        </w:rPr>
        <w:t>固くお断りいたします</w:t>
      </w:r>
      <w:r w:rsidRPr="00F40545">
        <w:rPr>
          <w:rFonts w:ascii="YuKyokasho Medium" w:eastAsia="YuKyokasho Medium" w:hAnsi="YuKyokasho Medium"/>
          <w:lang w:eastAsia="ja-JP"/>
        </w:rPr>
        <w:t>。</w:t>
      </w:r>
    </w:p>
    <w:p w:rsidR="0087652C" w:rsidRPr="00F40545" w:rsidRDefault="0087652C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</w:p>
    <w:p w:rsidR="00565A63" w:rsidRPr="00F40545" w:rsidRDefault="0031519F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/>
          <w:lang w:eastAsia="ja-JP"/>
        </w:rPr>
        <w:t>７．参加費</w:t>
      </w:r>
      <w:r w:rsidRPr="00F40545">
        <w:rPr>
          <w:rFonts w:ascii="YuKyokasho Medium" w:eastAsia="YuKyokasho Medium" w:hAnsi="YuKyokasho Medium"/>
          <w:lang w:eastAsia="ja-JP"/>
        </w:rPr>
        <w:br/>
        <w:t xml:space="preserve">　無料</w:t>
      </w:r>
    </w:p>
    <w:p w:rsidR="00565A63" w:rsidRPr="00F40545" w:rsidRDefault="00134100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  <w:r>
        <w:rPr>
          <w:rFonts w:ascii="YuKyokasho Medium" w:eastAsia="YuKyokasho Medium" w:hAnsi="YuKyokasho Medium"/>
          <w:noProof/>
          <w:lang w:eastAsia="ja-JP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5712488</wp:posOffset>
            </wp:positionH>
            <wp:positionV relativeFrom="paragraph">
              <wp:posOffset>307494</wp:posOffset>
            </wp:positionV>
            <wp:extent cx="1102068" cy="1080668"/>
            <wp:effectExtent l="0" t="0" r="3175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スクリーンショット 2026-09-30 11.35.35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02068" cy="10806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519F" w:rsidRPr="00F40545">
        <w:rPr>
          <w:rFonts w:ascii="YuKyokasho Medium" w:eastAsia="YuKyokasho Medium" w:hAnsi="YuKyokasho Medium"/>
          <w:lang w:eastAsia="ja-JP"/>
        </w:rPr>
        <w:br/>
        <w:t>８．旅費</w:t>
      </w:r>
      <w:r w:rsidR="0031519F" w:rsidRPr="00F40545">
        <w:rPr>
          <w:rFonts w:ascii="YuKyokasho Medium" w:eastAsia="YuKyokasho Medium" w:hAnsi="YuKyokasho Medium"/>
          <w:lang w:eastAsia="ja-JP"/>
        </w:rPr>
        <w:br/>
        <w:t xml:space="preserve">　北海道バレーボール協会指導者</w:t>
      </w:r>
      <w:r w:rsidR="00D74AE2" w:rsidRPr="00F40545">
        <w:rPr>
          <w:rFonts w:ascii="YuKyokasho Medium" w:eastAsia="YuKyokasho Medium" w:hAnsi="YuKyokasho Medium" w:hint="eastAsia"/>
          <w:lang w:eastAsia="ja-JP"/>
        </w:rPr>
        <w:t>育成</w:t>
      </w:r>
      <w:r w:rsidR="0031519F" w:rsidRPr="00F40545">
        <w:rPr>
          <w:rFonts w:ascii="YuKyokasho Medium" w:eastAsia="YuKyokasho Medium" w:hAnsi="YuKyokasho Medium"/>
          <w:lang w:eastAsia="ja-JP"/>
        </w:rPr>
        <w:t>委員会より補助予定（調整中）</w:t>
      </w:r>
    </w:p>
    <w:p w:rsidR="000F6F26" w:rsidRPr="00F40545" w:rsidRDefault="0031519F" w:rsidP="000D06C0">
      <w:pPr>
        <w:snapToGrid w:val="0"/>
        <w:spacing w:after="0" w:line="240" w:lineRule="auto"/>
        <w:rPr>
          <w:rFonts w:ascii="YuKyokasho Medium" w:eastAsia="YuKyokasho Medium" w:hAnsi="YuKyokasho Medium" w:hint="eastAsia"/>
          <w:lang w:eastAsia="ja-JP"/>
        </w:rPr>
      </w:pPr>
      <w:r w:rsidRPr="00F40545">
        <w:rPr>
          <w:rFonts w:ascii="YuKyokasho Medium" w:eastAsia="YuKyokasho Medium" w:hAnsi="YuKyokasho Medium"/>
          <w:lang w:eastAsia="ja-JP"/>
        </w:rPr>
        <w:br/>
        <w:t>９．申込方法</w:t>
      </w:r>
      <w:r w:rsidRPr="00F40545">
        <w:rPr>
          <w:rFonts w:ascii="YuKyokasho Medium" w:eastAsia="YuKyokasho Medium" w:hAnsi="YuKyokasho Medium"/>
          <w:lang w:eastAsia="ja-JP"/>
        </w:rPr>
        <w:br/>
        <w:t xml:space="preserve">　</w:t>
      </w:r>
      <w:r w:rsidR="00F3252E" w:rsidRPr="00F40545">
        <w:rPr>
          <w:rFonts w:ascii="YuKyokasho Medium" w:eastAsia="YuKyokasho Medium" w:hAnsi="YuKyokasho Medium" w:hint="eastAsia"/>
          <w:lang w:eastAsia="ja-JP"/>
        </w:rPr>
        <w:t>右の</w:t>
      </w:r>
      <w:r w:rsidR="0087652C" w:rsidRPr="00F40545">
        <w:rPr>
          <w:rFonts w:ascii="YuKyokasho Medium" w:eastAsia="YuKyokasho Medium" w:hAnsi="YuKyokasho Medium" w:hint="eastAsia"/>
          <w:lang w:eastAsia="ja-JP"/>
        </w:rPr>
        <w:t>QRコード</w:t>
      </w:r>
      <w:r w:rsidR="00B709BB" w:rsidRPr="00F40545">
        <w:rPr>
          <w:rFonts w:ascii="YuKyokasho Medium" w:eastAsia="YuKyokasho Medium" w:hAnsi="YuKyokasho Medium" w:hint="eastAsia"/>
          <w:lang w:eastAsia="ja-JP"/>
        </w:rPr>
        <w:t>を読み取り、</w:t>
      </w:r>
      <w:r w:rsidRPr="00F40545">
        <w:rPr>
          <w:rFonts w:ascii="YuKyokasho Medium" w:eastAsia="YuKyokasho Medium" w:hAnsi="YuKyokasho Medium" w:hint="eastAsia"/>
          <w:lang w:eastAsia="ja-JP"/>
        </w:rPr>
        <w:t>G</w:t>
      </w:r>
      <w:r w:rsidRPr="00F40545">
        <w:rPr>
          <w:rFonts w:ascii="YuKyokasho Medium" w:eastAsia="YuKyokasho Medium" w:hAnsi="YuKyokasho Medium"/>
          <w:lang w:eastAsia="ja-JP"/>
        </w:rPr>
        <w:t>oogleフォームにて</w:t>
      </w:r>
      <w:r w:rsidR="0087652C" w:rsidRPr="00F40545">
        <w:rPr>
          <w:rFonts w:ascii="YuKyokasho Medium" w:eastAsia="YuKyokasho Medium" w:hAnsi="YuKyokasho Medium" w:hint="eastAsia"/>
          <w:lang w:eastAsia="ja-JP"/>
        </w:rPr>
        <w:t>、</w:t>
      </w:r>
      <w:r w:rsidR="00360613" w:rsidRPr="00F40545">
        <w:rPr>
          <w:rFonts w:ascii="YuKyokasho Medium" w:eastAsia="YuKyokasho Medium" w:hAnsi="YuKyokasho Medium" w:hint="eastAsia"/>
          <w:lang w:eastAsia="ja-JP"/>
        </w:rPr>
        <w:t>必要事項を入力・送信してください</w:t>
      </w:r>
      <w:r w:rsidRPr="00F40545">
        <w:rPr>
          <w:rFonts w:ascii="YuKyokasho Medium" w:eastAsia="YuKyokasho Medium" w:hAnsi="YuKyokasho Medium" w:hint="eastAsia"/>
          <w:lang w:eastAsia="ja-JP"/>
        </w:rPr>
        <w:t>。</w:t>
      </w:r>
    </w:p>
    <w:p w:rsidR="00565A63" w:rsidRDefault="0031519F" w:rsidP="000D06C0">
      <w:pPr>
        <w:snapToGrid w:val="0"/>
        <w:spacing w:after="0" w:line="240" w:lineRule="auto"/>
        <w:rPr>
          <w:rFonts w:ascii="YuKyokasho Medium" w:eastAsia="YuKyokasho Medium" w:hAnsi="YuKyokasho Medium"/>
          <w:lang w:eastAsia="ja-JP"/>
        </w:rPr>
      </w:pPr>
      <w:r w:rsidRPr="00F40545">
        <w:rPr>
          <w:rFonts w:ascii="YuKyokasho Medium" w:eastAsia="YuKyokasho Medium" w:hAnsi="YuKyokasho Medium"/>
          <w:lang w:eastAsia="ja-JP"/>
        </w:rPr>
        <w:br/>
      </w:r>
      <w:r w:rsidR="00134100">
        <w:rPr>
          <w:rFonts w:ascii="YuKyokasho Medium" w:eastAsia="YuKyokasho Medium" w:hAnsi="YuKyokasho Medium" w:hint="eastAsia"/>
          <w:lang w:eastAsia="ja-JP"/>
        </w:rPr>
        <w:t>１０．その他</w:t>
      </w:r>
    </w:p>
    <w:p w:rsidR="00134100" w:rsidRPr="00F40545" w:rsidRDefault="00134100" w:rsidP="000D06C0">
      <w:pPr>
        <w:snapToGrid w:val="0"/>
        <w:spacing w:after="0" w:line="240" w:lineRule="auto"/>
        <w:rPr>
          <w:rFonts w:ascii="YuKyokasho Medium" w:eastAsia="YuKyokasho Medium" w:hAnsi="YuKyokasho Medium" w:hint="eastAsia"/>
          <w:lang w:eastAsia="ja-JP"/>
        </w:rPr>
      </w:pPr>
      <w:r>
        <w:rPr>
          <w:rFonts w:ascii="YuKyokasho Medium" w:eastAsia="YuKyokasho Medium" w:hAnsi="YuKyokasho Medium" w:hint="eastAsia"/>
          <w:lang w:eastAsia="ja-JP"/>
        </w:rPr>
        <w:t xml:space="preserve">　７日（土）１９：００〜講師を囲んでの懇親会（すすきの）を予定しております。こちらの参加希望についてもGoogleフォームにてお知らせ願います。ぜひご参加ください。</w:t>
      </w:r>
    </w:p>
    <w:sectPr w:rsidR="00134100" w:rsidRPr="00F40545" w:rsidSect="00D57D6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YuKyokasho Medium">
    <w:panose1 w:val="02000500000000000000"/>
    <w:charset w:val="80"/>
    <w:family w:val="auto"/>
    <w:pitch w:val="variable"/>
    <w:sig w:usb0="000002C7" w:usb1="2AC71C10" w:usb2="00000012" w:usb3="00000000" w:csb0="0002000D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明朝">
    <w:altName w:val="游ゴシック"/>
    <w:panose1 w:val="020B0604020202020204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6D182F"/>
    <w:multiLevelType w:val="hybridMultilevel"/>
    <w:tmpl w:val="CF6625F6"/>
    <w:lvl w:ilvl="0" w:tplc="05E44C0C">
      <w:start w:val="7"/>
      <w:numFmt w:val="bullet"/>
      <w:lvlText w:val="※"/>
      <w:lvlJc w:val="left"/>
      <w:pPr>
        <w:ind w:left="580" w:hanging="360"/>
      </w:pPr>
      <w:rPr>
        <w:rFonts w:ascii="YuKyokasho Medium" w:eastAsia="YuKyokasho Medium" w:hAnsi="YuKyokasho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0" w15:restartNumberingAfterBreak="0">
    <w:nsid w:val="35FD7803"/>
    <w:multiLevelType w:val="hybridMultilevel"/>
    <w:tmpl w:val="79427940"/>
    <w:lvl w:ilvl="0" w:tplc="7D3273B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06C0"/>
    <w:rsid w:val="000F6F26"/>
    <w:rsid w:val="00134100"/>
    <w:rsid w:val="0015074B"/>
    <w:rsid w:val="0029639D"/>
    <w:rsid w:val="0031519F"/>
    <w:rsid w:val="00326F90"/>
    <w:rsid w:val="00360613"/>
    <w:rsid w:val="004C3DD9"/>
    <w:rsid w:val="00565A63"/>
    <w:rsid w:val="0087652C"/>
    <w:rsid w:val="00AA1D8D"/>
    <w:rsid w:val="00B47730"/>
    <w:rsid w:val="00B709BB"/>
    <w:rsid w:val="00CB0664"/>
    <w:rsid w:val="00D57D6C"/>
    <w:rsid w:val="00D74AE2"/>
    <w:rsid w:val="00F3252E"/>
    <w:rsid w:val="00F40545"/>
    <w:rsid w:val="00FA5D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481237"/>
  <w14:defaultImageDpi w14:val="300"/>
  <w15:docId w15:val="{3D0A4406-8759-D142-8BC5-EAD9326C2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MS 明朝" w:hAnsi="MS 明朝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7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B0EF84-E541-3E40-9E7C-925594C78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netsuke Minamoto</cp:lastModifiedBy>
  <cp:revision>4</cp:revision>
  <dcterms:created xsi:type="dcterms:W3CDTF">2026-09-30T02:12:00Z</dcterms:created>
  <dcterms:modified xsi:type="dcterms:W3CDTF">2026-09-30T02:38:00Z</dcterms:modified>
  <cp:category/>
</cp:coreProperties>
</file>